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הנר השמיני של חנוכה - ניסים גדולים וקטנים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נס פך השמן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ניסים קטנים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י-ד-ה ומשפחת המילים של 'להודות'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י-ד-ה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הערב מדליקים את הנר השמיני והאחרון.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הנס של חנוכה.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דוגמה לרגע קטן וטוב.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הטלפון נשאר באוטובוס.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בכתבה.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י-ד-ה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טוב ומפתיע)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(כלי קטן עם שמן למנורה)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(צעצוע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(להגיד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שלומדים בו 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המכבים מצאו שמן ליום אחד, אבל הוא דלק שמונה ימים - זה היה נס גדול.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אישיות, לדוגמה: חבר עזר לי, קיבלתי חיוך, הצלחתי במשהו.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יתאר אירוע אישי קצר עם התחלה, אמצע וסוף, ויזכיר מילה כמו 'נס' או 'תודה'.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קצר הכולל פנייה, תיאור העזרה, ומשפט תודה.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יזכיר שהשמן דלק 8 ימים במקום יום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מהיומיום (עזרה, חיוך, תודה).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י-ד-ה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(🔊) לפני קריאה עצמאית.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א'-ב' מומלץ להשמיט את הפריטים המסומנים skip_n.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משימת הכתיבה ל'שלושה דברים טובים' כפעילות יומית בכיתה.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הנר השמיני של חנוכה - ניסים גדולים וקטנים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קוראים על חנוכה. יש נס גדול עם השמן, ויש גם ניסים קטנים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ומפתיע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קטן עם שמן למנורה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לוחמים יהודים בתקופת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המקדש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קדוש בירושלים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שבבסיס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שלומדים בו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דלק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המכבים מוצאים?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פך שמן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אורים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 וטוב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מדינה אנה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עונה לטלפון?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פקידת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המילה 'להודות'?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ה-ו-ד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י-ד-ע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י-ד-ה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ת-ו-ד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הערב מדליקים את הנר הראשון של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השמן בפך הספיק ליום אחד בלבד אך דלק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השכנה מביאה מרק חם - זו דוגמה לנס קטן.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איבדה את הטלפון שלה באולפן.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בכתבה הוא לכתוב כל ערב שלושה דברים טובים במחברת קטנה.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הסביבון בישראל כתוב: '__________ גדול היה פה'.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השמן דולק 8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השכנה מביאה __________ 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עונה לטלפון של אנה.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'להודות'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צעצוע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פך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שלומדים בו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קטן עם שמן למנורה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טוב ומפתיע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להגיד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הנס של פך השמן,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טובים שקרו לכם היום, כמו ברעיון מהכתבה.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נס קטן שקרה לכם או למישהו שאתם מכירים, כמו הסיפור של אנה.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קצר לעורך, והודו לאדם אחד שעזר לכם, כמו שעשתה נדיה.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הנס של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לנס קטן מהחיים היומיום.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'להודות'?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הנר השמיני של חנוכה - ניסים גדולים וקטנים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