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עִתּוֹן קַל – עיתון בעברית קלה ומנוקדת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הנר השמיני של חנוכה - ניסים גדולים וקטנים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נס פך השמן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ניסים קטנים בחיי היומיום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השורש י-ד-ה ומשפחת המילים של 'להודות'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8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פך שמן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מארגנטינה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הערב מדליקים את הנר השמיני והאחרון.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דוגמה לרגע קטן וטוב.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מרק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(דבר טוב ומפתיע)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(כלי קטן עם שמן למנורה)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(להגיד תודה)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המכבים מצאו שמן ליום אחד, אבל הוא דלק שמונה ימים - זה היה נס גדול.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תשובות אישיות, לדוגמה: חבר עזר לי, קיבלתי חיוך, הצלחתי במשהו.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יתאר אירוע אישי קצר עם התחלה, אמצע וסוף, ויזכיר מילה כמו 'נס' או 'תודה'.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יזכיר שהשמן דלק 8 ימים במקום יום אחד.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סבירה מהיומיום (עזרה, חיוך, תודה).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י-ד-ה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הקטעים (🔊) לפני קריאה עצמאית.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לכיתות א'-ב' מומלץ להשמיט את הפריטים המסומנים skip_n.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את משימת הכתיבה ל'שלושה דברים טובים' כפעילות יומית בכיתה.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עִתּוֹן קַל – עיתון בעברית קלה ומנוקדת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הנר השמיני של חנוכה - ניסים גדולים וקטנים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דף זה עוסק בנר השמיני של חנוכה, בנס פך השמן ובניסים קטנים שקורים לנו כל יום.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נס  ·  מרק  ·  ימים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ימים דולק השמן בנס פך השמן?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יום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4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8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מוצאים המכבים בבית המקדש?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סביבון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פך שמן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נרות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מאיפה עלתה אנה?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מארגנטינה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מאנגליה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הערב מדליקים את הנר הראשון של חנוכה.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השכנה מביאה מרק חם - זו דוגמה לנס קטן.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על הסביבון בישראל כתוב: '__________ גדול היה פה'.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השמן דולק 8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השכנה מביאה __________ חם.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להגיד תודה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פך שמן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דבר טוב ומפתיע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להודות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כלי קטן עם שמן למנורה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על הנס של פך השמן, במילים 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שלושה דברים טובים שקרו לכם היום, כמו ברעיון מהכתבה.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ספרו על נס קטן שקרה לכם או למישהו שאתם מכירים, כמו הסיפור של אנה.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הנס של חנוכה?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לנס קטן מהחיים היומיום.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הנר השמיני של חנוכה - ניסים גדולים וקטנים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